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24278" w14:textId="100E3050" w:rsidR="00D87724" w:rsidRPr="002D5B29" w:rsidRDefault="009C3224" w:rsidP="00D87724">
      <w:pPr>
        <w:jc w:val="center"/>
        <w:rPr>
          <w:bCs/>
        </w:rPr>
      </w:pPr>
      <w:r>
        <w:rPr>
          <w:rFonts w:ascii="Aptos" w:hAnsi="Aptos"/>
          <w:b/>
          <w:noProof/>
          <w:color w:val="003366"/>
          <w:sz w:val="48"/>
          <w:szCs w:val="48"/>
        </w:rPr>
        <w:drawing>
          <wp:anchor distT="0" distB="0" distL="114300" distR="114300" simplePos="0" relativeHeight="251726336" behindDoc="1" locked="0" layoutInCell="1" allowOverlap="1" wp14:anchorId="25324316" wp14:editId="1E0735AD">
            <wp:simplePos x="0" y="0"/>
            <wp:positionH relativeFrom="column">
              <wp:align>center</wp:align>
            </wp:positionH>
            <wp:positionV relativeFrom="paragraph">
              <wp:posOffset>255905</wp:posOffset>
            </wp:positionV>
            <wp:extent cx="8762400" cy="8762400"/>
            <wp:effectExtent l="38100" t="0" r="38735" b="2991485"/>
            <wp:wrapNone/>
            <wp:docPr id="10868431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843128" name="Picture 1086843128"/>
                    <pic:cNvPicPr/>
                  </pic:nvPicPr>
                  <pic:blipFill>
                    <a:blip r:embed="rId6">
                      <a:alphaModFix amt="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2400" cy="8762400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20000"/>
                        </a:srgbClr>
                      </a:outerShdw>
                      <a:reflection stA="20000" endPos="6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724" w:rsidRPr="004E3277">
        <w:rPr>
          <w:rFonts w:ascii="Aptos" w:hAnsi="Aptos"/>
          <w:b/>
          <w:color w:val="003366"/>
          <w:sz w:val="48"/>
          <w:szCs w:val="48"/>
        </w:rPr>
        <w:t xml:space="preserve">  WATERSIDE CREDIT UNION</w:t>
      </w:r>
      <w:r w:rsidR="00D87724">
        <w:rPr>
          <w:b/>
          <w:color w:val="003366"/>
          <w:sz w:val="28"/>
        </w:rPr>
        <w:br/>
      </w:r>
      <w:r w:rsidR="00D87724">
        <w:rPr>
          <w:b/>
          <w:color w:val="003366"/>
          <w:sz w:val="48"/>
        </w:rPr>
        <w:t>FUTURE FUND</w:t>
      </w:r>
      <w:r w:rsidR="00D87724">
        <w:rPr>
          <w:b/>
          <w:color w:val="003366"/>
          <w:sz w:val="48"/>
        </w:rPr>
        <w:br/>
      </w:r>
      <w:r w:rsidR="00D87724" w:rsidRPr="002D5B29">
        <w:rPr>
          <w:bCs/>
          <w:color w:val="31849B" w:themeColor="accent5" w:themeShade="BF"/>
        </w:rPr>
        <w:t>STUDENT BURSARY APPLICATION FORM</w:t>
      </w:r>
    </w:p>
    <w:p w14:paraId="763CC4CA" w14:textId="73E0BF0C" w:rsidR="00D87724" w:rsidRPr="00025B59" w:rsidRDefault="00D87724" w:rsidP="00025B59">
      <w:pPr>
        <w:pStyle w:val="IntenseQuote"/>
        <w:pBdr>
          <w:bottom w:val="single" w:sz="4" w:space="3" w:color="4F81BD" w:themeColor="accent1"/>
        </w:pBdr>
        <w:ind w:left="0"/>
        <w:rPr>
          <w:rFonts w:ascii="Aptos" w:hAnsi="Aptos"/>
          <w:b w:val="0"/>
          <w:i w:val="0"/>
          <w:iCs w:val="0"/>
          <w:color w:val="17365D" w:themeColor="text2" w:themeShade="BF"/>
        </w:rPr>
      </w:pPr>
      <w:r w:rsidRPr="00025B59">
        <w:rPr>
          <w:rFonts w:ascii="Aptos" w:hAnsi="Aptos"/>
          <w:b w:val="0"/>
          <w:i w:val="0"/>
          <w:iCs w:val="0"/>
          <w:color w:val="17365D" w:themeColor="text2" w:themeShade="BF"/>
        </w:rPr>
        <w:t>Not a member yet? No problem!</w:t>
      </w:r>
      <w:r w:rsidRPr="00025B59">
        <w:rPr>
          <w:rFonts w:ascii="Aptos" w:hAnsi="Aptos"/>
          <w:b w:val="0"/>
          <w:i w:val="0"/>
          <w:iCs w:val="0"/>
          <w:color w:val="17365D" w:themeColor="text2" w:themeShade="BF"/>
        </w:rPr>
        <w:br/>
        <w:t>Join Waterside Credit Union before the application closing date and you can apply for the Future Fund.</w:t>
      </w:r>
    </w:p>
    <w:p w14:paraId="1C806075" w14:textId="0B0AF502" w:rsidR="00D87724" w:rsidRDefault="00D87724" w:rsidP="00D87724">
      <w:pPr>
        <w:pStyle w:val="ListParagraph"/>
        <w:spacing w:after="0" w:line="240" w:lineRule="auto"/>
        <w:rPr>
          <w:b/>
        </w:rPr>
      </w:pPr>
    </w:p>
    <w:p w14:paraId="3AC91047" w14:textId="4B3712D5" w:rsidR="00D87724" w:rsidRDefault="00D87724" w:rsidP="00D87724">
      <w:pPr>
        <w:pStyle w:val="ListParagraph"/>
        <w:spacing w:after="0" w:line="240" w:lineRule="auto"/>
        <w:rPr>
          <w:b/>
        </w:rPr>
      </w:pPr>
    </w:p>
    <w:p w14:paraId="6B51377D" w14:textId="040123DA" w:rsidR="002D5B29" w:rsidRPr="00D268A6" w:rsidRDefault="002D5B29" w:rsidP="002D5B29">
      <w:pPr>
        <w:pStyle w:val="ListParagraph"/>
        <w:numPr>
          <w:ilvl w:val="0"/>
          <w:numId w:val="11"/>
        </w:numPr>
        <w:spacing w:after="0" w:line="240" w:lineRule="auto"/>
        <w:rPr>
          <w:b/>
        </w:rPr>
      </w:pPr>
      <w:r w:rsidRPr="00D268A6">
        <w:rPr>
          <w:b/>
        </w:rPr>
        <w:t>APPLICANT DETAILS</w:t>
      </w:r>
    </w:p>
    <w:p w14:paraId="25CA9F3D" w14:textId="3169A5AC" w:rsidR="002D5B29" w:rsidRDefault="002D5B29" w:rsidP="002D5B29">
      <w:pPr>
        <w:pStyle w:val="ListParagraph"/>
        <w:spacing w:after="0" w:line="240" w:lineRule="auto"/>
      </w:pPr>
      <w:r w:rsidRPr="00F07D74">
        <w:rPr>
          <w:noProof/>
        </w:rPr>
        <w:drawing>
          <wp:anchor distT="0" distB="0" distL="114300" distR="114300" simplePos="0" relativeHeight="251659776" behindDoc="1" locked="0" layoutInCell="1" allowOverlap="1" wp14:anchorId="2F7C5F11" wp14:editId="55F7CE48">
            <wp:simplePos x="0" y="0"/>
            <wp:positionH relativeFrom="column">
              <wp:posOffset>1332865</wp:posOffset>
            </wp:positionH>
            <wp:positionV relativeFrom="paragraph">
              <wp:posOffset>112395</wp:posOffset>
            </wp:positionV>
            <wp:extent cx="4657725" cy="257175"/>
            <wp:effectExtent l="0" t="0" r="9525" b="9525"/>
            <wp:wrapNone/>
            <wp:docPr id="1677068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B9F21" w14:textId="5F7538AD" w:rsidR="002D5B29" w:rsidRDefault="002D5B29" w:rsidP="009C3224">
      <w:pPr>
        <w:tabs>
          <w:tab w:val="left" w:pos="9178"/>
        </w:tabs>
      </w:pPr>
      <w:r>
        <w:t xml:space="preserve">Full Name: </w:t>
      </w:r>
      <w:r w:rsidR="009C3224">
        <w:tab/>
      </w:r>
    </w:p>
    <w:p w14:paraId="3A791F4B" w14:textId="6A7EA681" w:rsidR="002D5B29" w:rsidRDefault="002D5B29" w:rsidP="002D5B29">
      <w:r w:rsidRPr="00F07D74">
        <w:rPr>
          <w:noProof/>
        </w:rPr>
        <w:drawing>
          <wp:anchor distT="0" distB="0" distL="114300" distR="114300" simplePos="0" relativeHeight="251649536" behindDoc="1" locked="0" layoutInCell="1" allowOverlap="1" wp14:anchorId="4BC9DD78" wp14:editId="17837A81">
            <wp:simplePos x="0" y="0"/>
            <wp:positionH relativeFrom="column">
              <wp:posOffset>1323975</wp:posOffset>
            </wp:positionH>
            <wp:positionV relativeFrom="paragraph">
              <wp:posOffset>5080</wp:posOffset>
            </wp:positionV>
            <wp:extent cx="2105660" cy="219075"/>
            <wp:effectExtent l="0" t="0" r="8890" b="9525"/>
            <wp:wrapNone/>
            <wp:docPr id="933080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Member Number:</w:t>
      </w:r>
      <w:r w:rsidRPr="00F07D74">
        <w:t xml:space="preserve"> </w:t>
      </w:r>
    </w:p>
    <w:p w14:paraId="7DD79CE9" w14:textId="4870A0E6" w:rsidR="002D5B29" w:rsidRDefault="000F7F5A" w:rsidP="002D5B29">
      <w:r>
        <w:rPr>
          <w:noProof/>
        </w:rPr>
        <mc:AlternateContent>
          <mc:Choice Requires="wpg">
            <w:drawing>
              <wp:anchor distT="0" distB="0" distL="114300" distR="114300" simplePos="0" relativeHeight="251599360" behindDoc="0" locked="0" layoutInCell="1" allowOverlap="1" wp14:anchorId="51C72B14" wp14:editId="50BACDBD">
                <wp:simplePos x="0" y="0"/>
                <wp:positionH relativeFrom="column">
                  <wp:posOffset>1323975</wp:posOffset>
                </wp:positionH>
                <wp:positionV relativeFrom="paragraph">
                  <wp:posOffset>32385</wp:posOffset>
                </wp:positionV>
                <wp:extent cx="457200" cy="190500"/>
                <wp:effectExtent l="57150" t="19050" r="76200" b="95250"/>
                <wp:wrapNone/>
                <wp:docPr id="78155714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190500"/>
                          <a:chOff x="0" y="0"/>
                          <a:chExt cx="457200" cy="190500"/>
                        </a:xfrm>
                      </wpg:grpSpPr>
                      <wps:wsp>
                        <wps:cNvPr id="1457897676" name="Rectangle 2"/>
                        <wps:cNvSpPr/>
                        <wps:spPr>
                          <a:xfrm>
                            <a:off x="0" y="0"/>
                            <a:ext cx="209550" cy="190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904142" name="Rectangle 2"/>
                        <wps:cNvSpPr/>
                        <wps:spPr>
                          <a:xfrm>
                            <a:off x="247650" y="0"/>
                            <a:ext cx="209550" cy="190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C2682" id="Group 3" o:spid="_x0000_s1026" style="position:absolute;margin-left:104.25pt;margin-top:2.55pt;width:36pt;height:15pt;z-index:251599360" coordsize="4572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">
                <v:rect id="Rectangle 2" o:spid="_x0000_s1027" style="position:absolute;width:209550;height:190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" fillcolor="white [3212]" strokecolor="#17365d [2415]">
                  <v:shadow on="t" color="black" opacity="22937f" origin=",.5" offset="0,.63889mm"/>
                </v:rect>
                <v:rect id="Rectangle 2" o:spid="_x0000_s1028" style="position:absolute;left:247650;width:209550;height:190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" fillcolor="white [3212]" strokecolor="#17365d [2415]">
                  <v:shadow on="t" color="black" opacity="22937f" origin=",.5" offset="0,.63889mm"/>
                </v:rect>
              </v:group>
            </w:pict>
          </mc:Fallback>
        </mc:AlternateContent>
      </w:r>
      <w:r w:rsidR="00732572">
        <w:rPr>
          <w:noProof/>
        </w:rPr>
        <mc:AlternateContent>
          <mc:Choice Requires="wpg">
            <w:drawing>
              <wp:anchor distT="0" distB="0" distL="114300" distR="114300" simplePos="0" relativeHeight="251601408" behindDoc="0" locked="0" layoutInCell="1" allowOverlap="1" wp14:anchorId="59638052" wp14:editId="3418E474">
                <wp:simplePos x="0" y="0"/>
                <wp:positionH relativeFrom="column">
                  <wp:posOffset>2495550</wp:posOffset>
                </wp:positionH>
                <wp:positionV relativeFrom="paragraph">
                  <wp:posOffset>32385</wp:posOffset>
                </wp:positionV>
                <wp:extent cx="457200" cy="190500"/>
                <wp:effectExtent l="57150" t="19050" r="76200" b="95250"/>
                <wp:wrapNone/>
                <wp:docPr id="133624074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190500"/>
                          <a:chOff x="0" y="0"/>
                          <a:chExt cx="457200" cy="190500"/>
                        </a:xfrm>
                      </wpg:grpSpPr>
                      <wps:wsp>
                        <wps:cNvPr id="1714971319" name="Rectangle 2"/>
                        <wps:cNvSpPr/>
                        <wps:spPr>
                          <a:xfrm>
                            <a:off x="0" y="0"/>
                            <a:ext cx="209550" cy="190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077802" name="Rectangle 2"/>
                        <wps:cNvSpPr/>
                        <wps:spPr>
                          <a:xfrm>
                            <a:off x="247650" y="0"/>
                            <a:ext cx="209550" cy="190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7311DF" id="Group 3" o:spid="_x0000_s1026" style="position:absolute;margin-left:196.5pt;margin-top:2.55pt;width:36pt;height:15pt;z-index:251601408" coordsize="4572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">
                <v:rect id="Rectangle 2" o:spid="_x0000_s1027" style="position:absolute;width:209550;height:190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" fillcolor="white [3212]" strokecolor="#17365d [2415]">
                  <v:shadow on="t" color="black" opacity="22937f" origin=",.5" offset="0,.63889mm"/>
                </v:rect>
                <v:rect id="Rectangle 2" o:spid="_x0000_s1028" style="position:absolute;left:247650;width:209550;height:190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" fillcolor="white [3212]" strokecolor="#17365d [2415]">
                  <v:shadow on="t" color="black" opacity="22937f" origin=",.5" offset="0,.63889mm"/>
                </v:rect>
              </v:group>
            </w:pict>
          </mc:Fallback>
        </mc:AlternateContent>
      </w:r>
      <w:r w:rsidR="00732572">
        <w:rPr>
          <w:noProof/>
        </w:rPr>
        <mc:AlternateContent>
          <mc:Choice Requires="wpg">
            <w:drawing>
              <wp:anchor distT="0" distB="0" distL="114300" distR="114300" simplePos="0" relativeHeight="251603456" behindDoc="0" locked="0" layoutInCell="1" allowOverlap="1" wp14:anchorId="2AF16DBD" wp14:editId="51C99D3D">
                <wp:simplePos x="0" y="0"/>
                <wp:positionH relativeFrom="column">
                  <wp:posOffset>1905000</wp:posOffset>
                </wp:positionH>
                <wp:positionV relativeFrom="paragraph">
                  <wp:posOffset>32385</wp:posOffset>
                </wp:positionV>
                <wp:extent cx="457200" cy="190500"/>
                <wp:effectExtent l="57150" t="19050" r="76200" b="95250"/>
                <wp:wrapNone/>
                <wp:docPr id="72915772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190500"/>
                          <a:chOff x="0" y="0"/>
                          <a:chExt cx="457200" cy="190500"/>
                        </a:xfrm>
                      </wpg:grpSpPr>
                      <wps:wsp>
                        <wps:cNvPr id="353942180" name="Rectangle 2"/>
                        <wps:cNvSpPr/>
                        <wps:spPr>
                          <a:xfrm>
                            <a:off x="0" y="0"/>
                            <a:ext cx="209550" cy="190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819428" name="Rectangle 2"/>
                        <wps:cNvSpPr/>
                        <wps:spPr>
                          <a:xfrm>
                            <a:off x="247650" y="0"/>
                            <a:ext cx="209550" cy="190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1A538B" id="Group 3" o:spid="_x0000_s1026" style="position:absolute;margin-left:150pt;margin-top:2.55pt;width:36pt;height:15pt;z-index:251603456" coordsize="4572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">
                <v:rect id="Rectangle 2" o:spid="_x0000_s1027" style="position:absolute;width:209550;height:190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" fillcolor="white [3212]" strokecolor="#17365d [2415]">
                  <v:shadow on="t" color="black" opacity="22937f" origin=",.5" offset="0,.63889mm"/>
                </v:rect>
                <v:rect id="Rectangle 2" o:spid="_x0000_s1028" style="position:absolute;left:247650;width:209550;height:190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" fillcolor="white [3212]" strokecolor="#17365d [2415]">
                  <v:shadow on="t" color="black" opacity="22937f" origin=",.5" offset="0,.63889mm"/>
                </v:rect>
              </v:group>
            </w:pict>
          </mc:Fallback>
        </mc:AlternateContent>
      </w:r>
      <w:r w:rsidR="002D5B29">
        <w:t xml:space="preserve">Date of Birth:   </w:t>
      </w:r>
    </w:p>
    <w:p w14:paraId="75659B94" w14:textId="1891CB01" w:rsidR="002D5B29" w:rsidRDefault="000F7F5A" w:rsidP="002D5B29">
      <w:r w:rsidRPr="00F07D74">
        <w:rPr>
          <w:noProof/>
        </w:rPr>
        <w:drawing>
          <wp:anchor distT="0" distB="0" distL="114300" distR="114300" simplePos="0" relativeHeight="251605504" behindDoc="1" locked="0" layoutInCell="1" allowOverlap="1" wp14:anchorId="6A78E3E8" wp14:editId="3235F4FB">
            <wp:simplePos x="0" y="0"/>
            <wp:positionH relativeFrom="column">
              <wp:posOffset>1323975</wp:posOffset>
            </wp:positionH>
            <wp:positionV relativeFrom="paragraph">
              <wp:posOffset>69215</wp:posOffset>
            </wp:positionV>
            <wp:extent cx="4657725" cy="561975"/>
            <wp:effectExtent l="0" t="0" r="9525" b="9525"/>
            <wp:wrapNone/>
            <wp:docPr id="199126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B29">
        <w:t xml:space="preserve">Address: </w:t>
      </w:r>
    </w:p>
    <w:p w14:paraId="76F1A4E4" w14:textId="77777777" w:rsidR="000F7F5A" w:rsidRDefault="000F7F5A" w:rsidP="002D5B29"/>
    <w:p w14:paraId="2A3F0A2E" w14:textId="38A5F7DB" w:rsidR="000F7F5A" w:rsidRDefault="000F7F5A" w:rsidP="002D5B29">
      <w:r w:rsidRPr="00F07D74">
        <w:rPr>
          <w:noProof/>
        </w:rPr>
        <w:drawing>
          <wp:anchor distT="0" distB="0" distL="114300" distR="114300" simplePos="0" relativeHeight="251610624" behindDoc="1" locked="0" layoutInCell="1" allowOverlap="1" wp14:anchorId="6A92CFF6" wp14:editId="4BBF74B0">
            <wp:simplePos x="0" y="0"/>
            <wp:positionH relativeFrom="column">
              <wp:posOffset>1323975</wp:posOffset>
            </wp:positionH>
            <wp:positionV relativeFrom="paragraph">
              <wp:posOffset>210185</wp:posOffset>
            </wp:positionV>
            <wp:extent cx="4657725" cy="257175"/>
            <wp:effectExtent l="0" t="0" r="9525" b="9525"/>
            <wp:wrapNone/>
            <wp:docPr id="481169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079A5" w14:textId="634A5593" w:rsidR="000F7F5A" w:rsidRDefault="000F7F5A" w:rsidP="009C3224">
      <w:pPr>
        <w:tabs>
          <w:tab w:val="left" w:pos="7980"/>
        </w:tabs>
        <w:rPr>
          <w:noProof/>
        </w:rPr>
      </w:pPr>
      <w:r w:rsidRPr="00F07D74">
        <w:rPr>
          <w:noProof/>
        </w:rPr>
        <w:drawing>
          <wp:anchor distT="0" distB="0" distL="114300" distR="114300" simplePos="0" relativeHeight="251612672" behindDoc="1" locked="0" layoutInCell="1" allowOverlap="1" wp14:anchorId="7F794801" wp14:editId="7CC55B57">
            <wp:simplePos x="0" y="0"/>
            <wp:positionH relativeFrom="column">
              <wp:posOffset>1314450</wp:posOffset>
            </wp:positionH>
            <wp:positionV relativeFrom="paragraph">
              <wp:posOffset>238125</wp:posOffset>
            </wp:positionV>
            <wp:extent cx="4657725" cy="257175"/>
            <wp:effectExtent l="0" t="0" r="9525" b="9525"/>
            <wp:wrapNone/>
            <wp:docPr id="398827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Email:</w:t>
      </w:r>
      <w:r w:rsidRPr="000F7F5A">
        <w:rPr>
          <w:noProof/>
        </w:rPr>
        <w:t xml:space="preserve"> </w:t>
      </w:r>
      <w:r w:rsidR="009C3224">
        <w:rPr>
          <w:noProof/>
        </w:rPr>
        <w:tab/>
      </w:r>
    </w:p>
    <w:p w14:paraId="507ACC8A" w14:textId="77ABDE93" w:rsidR="000F7F5A" w:rsidRDefault="000F7F5A" w:rsidP="002D5B29">
      <w:r>
        <w:rPr>
          <w:noProof/>
        </w:rPr>
        <w:t>Mobile Number:</w:t>
      </w:r>
    </w:p>
    <w:p w14:paraId="560E70E7" w14:textId="722A3A5C" w:rsidR="002D5B29" w:rsidRDefault="00D87724" w:rsidP="002D5B29"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FCA48E7" wp14:editId="49A37FE8">
                <wp:simplePos x="0" y="0"/>
                <wp:positionH relativeFrom="column">
                  <wp:posOffset>-57150</wp:posOffset>
                </wp:positionH>
                <wp:positionV relativeFrom="paragraph">
                  <wp:posOffset>117475</wp:posOffset>
                </wp:positionV>
                <wp:extent cx="6705600" cy="9525"/>
                <wp:effectExtent l="38100" t="38100" r="76200" b="85725"/>
                <wp:wrapNone/>
                <wp:docPr id="537991071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7A918" id="Straight Connector 10" o:spid="_x0000_s1026" style="position:absolute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9.25pt" to="523.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" strokecolor="#17365d [2415]" strokeweight="2pt">
                <v:shadow on="t" color="black" opacity="24903f" origin=",.5" offset="0,.55556mm"/>
              </v:line>
            </w:pict>
          </mc:Fallback>
        </mc:AlternateContent>
      </w:r>
    </w:p>
    <w:p w14:paraId="1E04A9D3" w14:textId="1716DD51" w:rsidR="000F7F5A" w:rsidRPr="00B3404D" w:rsidRDefault="0044257D" w:rsidP="000F7F5A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EDUCATION</w:t>
      </w:r>
    </w:p>
    <w:p w14:paraId="03E37F94" w14:textId="1AE35516" w:rsidR="000F7F5A" w:rsidRPr="00EA4BED" w:rsidRDefault="00025B59" w:rsidP="00EA4BED">
      <w:pPr>
        <w:spacing w:after="0" w:line="240" w:lineRule="auto"/>
      </w:pPr>
      <w:r w:rsidRPr="00F07D74">
        <w:rPr>
          <w:noProof/>
        </w:rPr>
        <w:drawing>
          <wp:anchor distT="0" distB="0" distL="114300" distR="114300" simplePos="0" relativeHeight="251708928" behindDoc="1" locked="0" layoutInCell="1" allowOverlap="1" wp14:anchorId="751CD91D" wp14:editId="13F04E40">
            <wp:simplePos x="0" y="0"/>
            <wp:positionH relativeFrom="column">
              <wp:posOffset>1295400</wp:posOffset>
            </wp:positionH>
            <wp:positionV relativeFrom="paragraph">
              <wp:posOffset>18415</wp:posOffset>
            </wp:positionV>
            <wp:extent cx="2105660" cy="323850"/>
            <wp:effectExtent l="0" t="0" r="8890" b="0"/>
            <wp:wrapNone/>
            <wp:docPr id="1637129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7D74">
        <w:rPr>
          <w:noProof/>
        </w:rPr>
        <w:drawing>
          <wp:anchor distT="0" distB="0" distL="114300" distR="114300" simplePos="0" relativeHeight="251705856" behindDoc="1" locked="0" layoutInCell="1" allowOverlap="1" wp14:anchorId="3F1BE6E7" wp14:editId="6BDF53D5">
            <wp:simplePos x="0" y="0"/>
            <wp:positionH relativeFrom="column">
              <wp:posOffset>4838700</wp:posOffset>
            </wp:positionH>
            <wp:positionV relativeFrom="paragraph">
              <wp:posOffset>8890</wp:posOffset>
            </wp:positionV>
            <wp:extent cx="2105660" cy="323850"/>
            <wp:effectExtent l="0" t="0" r="8890" b="0"/>
            <wp:wrapNone/>
            <wp:docPr id="968292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F5A" w:rsidRPr="00EA4BED">
        <w:t xml:space="preserve">Secondary School </w:t>
      </w:r>
      <w:r w:rsidR="00EA4BED">
        <w:tab/>
      </w:r>
      <w:r w:rsidR="00EA4BED">
        <w:tab/>
      </w:r>
      <w:r w:rsidR="00EA4BED">
        <w:tab/>
      </w:r>
      <w:r w:rsidR="00EA4BED">
        <w:tab/>
      </w:r>
      <w:r w:rsidR="00EA4BED">
        <w:tab/>
      </w:r>
      <w:r w:rsidR="00EA4BED">
        <w:tab/>
        <w:t>Dates Attended:</w:t>
      </w:r>
    </w:p>
    <w:p w14:paraId="53D2BC30" w14:textId="66821F6B" w:rsidR="000F7F5A" w:rsidRPr="00EA4BED" w:rsidRDefault="00EA4BED" w:rsidP="00EA4BED">
      <w:pPr>
        <w:spacing w:after="0" w:line="240" w:lineRule="auto"/>
      </w:pPr>
      <w:r>
        <w:t>A</w:t>
      </w:r>
      <w:r w:rsidR="000F7F5A" w:rsidRPr="00EA4BED">
        <w:t>ttended</w:t>
      </w:r>
      <w:r>
        <w:t>:</w:t>
      </w:r>
    </w:p>
    <w:p w14:paraId="5D3A24F6" w14:textId="654A3105" w:rsidR="000F7F5A" w:rsidRDefault="00025B59" w:rsidP="000F7F5A">
      <w:r w:rsidRPr="00F07D74">
        <w:rPr>
          <w:noProof/>
        </w:rPr>
        <w:drawing>
          <wp:anchor distT="0" distB="0" distL="114300" distR="114300" simplePos="0" relativeHeight="251701760" behindDoc="1" locked="0" layoutInCell="1" allowOverlap="1" wp14:anchorId="14141B1D" wp14:editId="289EBDAA">
            <wp:simplePos x="0" y="0"/>
            <wp:positionH relativeFrom="column">
              <wp:posOffset>4829175</wp:posOffset>
            </wp:positionH>
            <wp:positionV relativeFrom="paragraph">
              <wp:posOffset>314960</wp:posOffset>
            </wp:positionV>
            <wp:extent cx="2105660" cy="323850"/>
            <wp:effectExtent l="0" t="0" r="8890" b="0"/>
            <wp:wrapNone/>
            <wp:docPr id="1555933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97646" w14:textId="62CCC90F" w:rsidR="00EA4BED" w:rsidRDefault="00EA4BED" w:rsidP="00EA4BED">
      <w:pPr>
        <w:spacing w:after="0"/>
      </w:pPr>
      <w:r w:rsidRPr="00F07D74">
        <w:rPr>
          <w:noProof/>
        </w:rPr>
        <w:drawing>
          <wp:anchor distT="0" distB="0" distL="114300" distR="114300" simplePos="0" relativeHeight="251642368" behindDoc="1" locked="0" layoutInCell="1" allowOverlap="1" wp14:anchorId="2A74069A" wp14:editId="31FDDD3D">
            <wp:simplePos x="0" y="0"/>
            <wp:positionH relativeFrom="column">
              <wp:posOffset>1295400</wp:posOffset>
            </wp:positionH>
            <wp:positionV relativeFrom="paragraph">
              <wp:posOffset>10160</wp:posOffset>
            </wp:positionV>
            <wp:extent cx="2105660" cy="323850"/>
            <wp:effectExtent l="0" t="0" r="8890" b="0"/>
            <wp:wrapNone/>
            <wp:docPr id="643289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Name of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Course Title: </w:t>
      </w:r>
    </w:p>
    <w:p w14:paraId="543CEAF0" w14:textId="7B9B6D5F" w:rsidR="002D5B29" w:rsidRDefault="00EA4BED" w:rsidP="00EA4BED">
      <w:pPr>
        <w:spacing w:after="0"/>
      </w:pPr>
      <w:r>
        <w:t xml:space="preserve">University/College: </w:t>
      </w:r>
    </w:p>
    <w:p w14:paraId="59350AD6" w14:textId="2BC4B722" w:rsidR="00EA4BED" w:rsidRDefault="00EA4BED" w:rsidP="00EA4BED">
      <w:pPr>
        <w:spacing w:after="0"/>
      </w:pPr>
    </w:p>
    <w:p w14:paraId="0BEDF3F4" w14:textId="62E08E97" w:rsidR="00EA4BED" w:rsidRDefault="00EA4BED" w:rsidP="00EA4BED">
      <w:pPr>
        <w:spacing w:after="0"/>
      </w:pPr>
      <w:r w:rsidRPr="00F07D74">
        <w:rPr>
          <w:noProof/>
        </w:rPr>
        <w:drawing>
          <wp:anchor distT="0" distB="0" distL="114300" distR="114300" simplePos="0" relativeHeight="251655680" behindDoc="1" locked="0" layoutInCell="1" allowOverlap="1" wp14:anchorId="4EDC5ECF" wp14:editId="4D9DB534">
            <wp:simplePos x="0" y="0"/>
            <wp:positionH relativeFrom="column">
              <wp:posOffset>4810125</wp:posOffset>
            </wp:positionH>
            <wp:positionV relativeFrom="paragraph">
              <wp:posOffset>6985</wp:posOffset>
            </wp:positionV>
            <wp:extent cx="2105660" cy="323850"/>
            <wp:effectExtent l="0" t="0" r="8890" b="0"/>
            <wp:wrapNone/>
            <wp:docPr id="493874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7D74">
        <w:rPr>
          <w:noProof/>
        </w:rPr>
        <w:drawing>
          <wp:anchor distT="0" distB="0" distL="114300" distR="114300" simplePos="0" relativeHeight="251652608" behindDoc="1" locked="0" layoutInCell="1" allowOverlap="1" wp14:anchorId="427468C3" wp14:editId="243D0800">
            <wp:simplePos x="0" y="0"/>
            <wp:positionH relativeFrom="column">
              <wp:posOffset>1266825</wp:posOffset>
            </wp:positionH>
            <wp:positionV relativeFrom="paragraph">
              <wp:posOffset>6985</wp:posOffset>
            </wp:positionV>
            <wp:extent cx="2105660" cy="323850"/>
            <wp:effectExtent l="0" t="0" r="8890" b="0"/>
            <wp:wrapNone/>
            <wp:docPr id="1087163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Course Duration</w:t>
      </w:r>
      <w:r>
        <w:tab/>
      </w:r>
      <w:r>
        <w:tab/>
      </w:r>
      <w:r>
        <w:tab/>
      </w:r>
      <w:r>
        <w:tab/>
      </w:r>
      <w:r>
        <w:tab/>
      </w:r>
      <w:r>
        <w:tab/>
        <w:t>Commencement</w:t>
      </w:r>
    </w:p>
    <w:p w14:paraId="4D52DA10" w14:textId="41F9CE9B" w:rsidR="00EA4BED" w:rsidRDefault="00EA4BED" w:rsidP="00EA4BED">
      <w:pPr>
        <w:spacing w:after="0"/>
      </w:pPr>
      <w:r>
        <w:t>E.g</w:t>
      </w:r>
      <w:r w:rsidR="009C45FD">
        <w:t>.</w:t>
      </w:r>
      <w:r>
        <w:t xml:space="preserve"> 3 Years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  <w:r w:rsidR="00F86436">
        <w:t>:</w:t>
      </w:r>
    </w:p>
    <w:p w14:paraId="31094C40" w14:textId="3652B493" w:rsidR="00C61779" w:rsidRDefault="00D87724" w:rsidP="000F7F5A"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27635B7" wp14:editId="4981557C">
                <wp:simplePos x="0" y="0"/>
                <wp:positionH relativeFrom="column">
                  <wp:posOffset>9525</wp:posOffset>
                </wp:positionH>
                <wp:positionV relativeFrom="paragraph">
                  <wp:posOffset>315595</wp:posOffset>
                </wp:positionV>
                <wp:extent cx="6705600" cy="9525"/>
                <wp:effectExtent l="38100" t="38100" r="76200" b="85725"/>
                <wp:wrapNone/>
                <wp:docPr id="1445796906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B97E9" id="Straight Connector 10" o:spid="_x0000_s1026" style="position:absolute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24.85pt" to="528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" strokecolor="#17365d [2415]" strokeweight="2pt">
                <v:shadow on="t" color="black" opacity="24903f" origin=",.5" offset="0,.55556mm"/>
              </v:line>
            </w:pict>
          </mc:Fallback>
        </mc:AlternateContent>
      </w:r>
    </w:p>
    <w:p w14:paraId="246407FD" w14:textId="74EEB8D0" w:rsidR="00D87724" w:rsidRDefault="00D87724" w:rsidP="000F7F5A"/>
    <w:p w14:paraId="77499D2C" w14:textId="7A2CC2BC" w:rsidR="00D87724" w:rsidRPr="00D87724" w:rsidRDefault="00D87724" w:rsidP="00D87724">
      <w:pPr>
        <w:pStyle w:val="ListParagraph"/>
        <w:numPr>
          <w:ilvl w:val="0"/>
          <w:numId w:val="11"/>
        </w:num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B57DB35" wp14:editId="4BE44F48">
                <wp:simplePos x="0" y="0"/>
                <wp:positionH relativeFrom="column">
                  <wp:posOffset>-28575</wp:posOffset>
                </wp:positionH>
                <wp:positionV relativeFrom="paragraph">
                  <wp:posOffset>319405</wp:posOffset>
                </wp:positionV>
                <wp:extent cx="161925" cy="152400"/>
                <wp:effectExtent l="0" t="0" r="28575" b="19050"/>
                <wp:wrapNone/>
                <wp:docPr id="65124878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720E1E" w14:textId="103F7F60" w:rsidR="00D87724" w:rsidRDefault="00D8772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57DB3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2.25pt;margin-top:25.15pt;width:12.75pt;height:12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" fillcolor="white [3201]" strokeweight=".5pt">
                <v:textbox>
                  <w:txbxContent>
                    <w:p w14:paraId="15720E1E" w14:textId="103F7F60" w:rsidR="00D87724" w:rsidRDefault="00D87724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87724">
        <w:rPr>
          <w:b/>
        </w:rPr>
        <w:t xml:space="preserve"> SUPPORTING DOCUMENTATION</w:t>
      </w:r>
    </w:p>
    <w:p w14:paraId="7E15C494" w14:textId="3DE3325B" w:rsidR="00D87724" w:rsidRDefault="00D87724" w:rsidP="00D87724">
      <w:pPr>
        <w:spacing w:after="0"/>
      </w:pPr>
      <w:r>
        <w:rPr>
          <w:rFonts w:ascii="Segoe UI Symbol" w:hAnsi="Segoe UI Symbol" w:cs="Segoe UI Symbol"/>
        </w:rPr>
        <w:t xml:space="preserve">   </w:t>
      </w:r>
      <w:r>
        <w:t xml:space="preserve">   </w:t>
      </w:r>
      <w:r w:rsidR="00213B8D">
        <w:tab/>
      </w:r>
      <w:r>
        <w:t xml:space="preserve">I agree to provide proof of acceptance into the above course, if successful. </w:t>
      </w:r>
    </w:p>
    <w:p w14:paraId="757DD462" w14:textId="4980E78E" w:rsidR="00D87724" w:rsidRDefault="00D87724" w:rsidP="00213B8D">
      <w:pPr>
        <w:spacing w:after="0"/>
        <w:ind w:firstLine="720"/>
      </w:pPr>
      <w:r>
        <w:t>Successful applicants will be required to provide proof of enrolment before payment</w:t>
      </w:r>
      <w:r w:rsidR="00025B59">
        <w:t>.</w:t>
      </w:r>
    </w:p>
    <w:p w14:paraId="77EEE73A" w14:textId="77777777" w:rsidR="00A213A2" w:rsidRDefault="00A213A2" w:rsidP="000F7F5A"/>
    <w:p w14:paraId="2C40D4BB" w14:textId="77777777" w:rsidR="00A213A2" w:rsidRDefault="00025B59" w:rsidP="00A213A2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1CF6F2C" wp14:editId="15014D51">
                <wp:simplePos x="0" y="0"/>
                <wp:positionH relativeFrom="column">
                  <wp:posOffset>-57150</wp:posOffset>
                </wp:positionH>
                <wp:positionV relativeFrom="paragraph">
                  <wp:posOffset>417830</wp:posOffset>
                </wp:positionV>
                <wp:extent cx="6705600" cy="9525"/>
                <wp:effectExtent l="38100" t="38100" r="76200" b="85725"/>
                <wp:wrapNone/>
                <wp:docPr id="658259909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83884" id="Straight Connector 10" o:spid="_x0000_s1026" style="position:absolute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32.9pt" to="523.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" strokecolor="#17365d [2415]" strokeweight="2pt">
                <v:shadow on="t" color="black" opacity="24903f" origin=",.5" offset="0,.55556mm"/>
              </v:line>
            </w:pict>
          </mc:Fallback>
        </mc:AlternateContent>
      </w:r>
    </w:p>
    <w:p w14:paraId="50D0CF7F" w14:textId="0F6A7F44" w:rsidR="00A213A2" w:rsidRDefault="00A213A2" w:rsidP="00A213A2">
      <w:r>
        <w:rPr>
          <w:b/>
        </w:rPr>
        <w:lastRenderedPageBreak/>
        <w:t>4. OPTIONAL</w:t>
      </w:r>
    </w:p>
    <w:p w14:paraId="75B510A1" w14:textId="62B46F18" w:rsidR="00A213A2" w:rsidRPr="00F07D74" w:rsidRDefault="00A213A2" w:rsidP="00A213A2">
      <w:pPr>
        <w:rPr>
          <w:lang w:val="en-GB"/>
        </w:rPr>
      </w:pPr>
      <w:r w:rsidRPr="00F07D74">
        <w:rPr>
          <w:b/>
          <w:bCs/>
          <w:lang w:val="en-GB"/>
        </w:rPr>
        <w:t>Tell us a little about yourself and your chosen course (optional).</w:t>
      </w:r>
    </w:p>
    <w:p w14:paraId="3E4BDF75" w14:textId="7C04F7A2" w:rsidR="00A213A2" w:rsidRDefault="00A213A2" w:rsidP="00A213A2">
      <w:pPr>
        <w:rPr>
          <w:i/>
          <w:iCs/>
          <w:lang w:val="en-GB"/>
        </w:rPr>
      </w:pPr>
      <w:r w:rsidRPr="00F07D74">
        <w:rPr>
          <w:i/>
          <w:iCs/>
          <w:lang w:val="en-GB"/>
        </w:rPr>
        <w:t>This information will not affect the random draw but may be used, with your permission, for publicity if you are selected.</w:t>
      </w:r>
    </w:p>
    <w:p w14:paraId="510BB148" w14:textId="7971D5DA" w:rsidR="00A213A2" w:rsidRDefault="00A213A2" w:rsidP="00A213A2">
      <w:pPr>
        <w:rPr>
          <w:i/>
          <w:iCs/>
          <w:lang w:val="en-GB"/>
        </w:rPr>
      </w:pPr>
      <w:r w:rsidRPr="00F07D74">
        <w:rPr>
          <w:noProof/>
        </w:rPr>
        <w:drawing>
          <wp:anchor distT="0" distB="0" distL="114300" distR="114300" simplePos="0" relativeHeight="251715072" behindDoc="1" locked="0" layoutInCell="1" allowOverlap="1" wp14:anchorId="39EC7E3C" wp14:editId="1635D1E5">
            <wp:simplePos x="0" y="0"/>
            <wp:positionH relativeFrom="column">
              <wp:posOffset>38100</wp:posOffset>
            </wp:positionH>
            <wp:positionV relativeFrom="paragraph">
              <wp:posOffset>8890</wp:posOffset>
            </wp:positionV>
            <wp:extent cx="6524625" cy="1543050"/>
            <wp:effectExtent l="0" t="0" r="0" b="0"/>
            <wp:wrapNone/>
            <wp:docPr id="589072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D98B2" w14:textId="1A38B8F7" w:rsidR="00A213A2" w:rsidRDefault="00A213A2" w:rsidP="00A213A2">
      <w:pPr>
        <w:rPr>
          <w:i/>
          <w:iCs/>
          <w:lang w:val="en-GB"/>
        </w:rPr>
      </w:pPr>
    </w:p>
    <w:p w14:paraId="4C378A9F" w14:textId="400C64B1" w:rsidR="00A213A2" w:rsidRDefault="00A213A2" w:rsidP="00A213A2">
      <w:pPr>
        <w:rPr>
          <w:lang w:val="en-GB"/>
        </w:rPr>
      </w:pPr>
    </w:p>
    <w:p w14:paraId="2B74DA5E" w14:textId="77777777" w:rsidR="00A213A2" w:rsidRDefault="00A213A2" w:rsidP="00A213A2">
      <w:pPr>
        <w:rPr>
          <w:lang w:val="en-GB"/>
        </w:rPr>
      </w:pPr>
    </w:p>
    <w:p w14:paraId="12CDE2DD" w14:textId="2B7A8510" w:rsidR="00A213A2" w:rsidRPr="00F07D74" w:rsidRDefault="00A213A2" w:rsidP="00A213A2">
      <w:pPr>
        <w:rPr>
          <w:lang w:val="en-GB"/>
        </w:rPr>
      </w:pPr>
    </w:p>
    <w:p w14:paraId="019F2165" w14:textId="4636B203" w:rsidR="00A213A2" w:rsidRDefault="00A213A2" w:rsidP="00A213A2">
      <w:pPr>
        <w:pStyle w:val="Heading2"/>
        <w:rPr>
          <w:rFonts w:asciiTheme="minorHAnsi" w:hAnsiTheme="minorHAnsi"/>
          <w:color w:val="000000" w:themeColor="text1"/>
          <w:sz w:val="22"/>
          <w:szCs w:val="22"/>
        </w:rPr>
      </w:pPr>
    </w:p>
    <w:p w14:paraId="50765C26" w14:textId="3063A097" w:rsidR="00A213A2" w:rsidRPr="00A213A2" w:rsidRDefault="00A213A2" w:rsidP="00A213A2"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784630C" wp14:editId="70A3C25C">
                <wp:simplePos x="0" y="0"/>
                <wp:positionH relativeFrom="column">
                  <wp:posOffset>38100</wp:posOffset>
                </wp:positionH>
                <wp:positionV relativeFrom="paragraph">
                  <wp:posOffset>64135</wp:posOffset>
                </wp:positionV>
                <wp:extent cx="6705600" cy="9525"/>
                <wp:effectExtent l="38100" t="38100" r="76200" b="85725"/>
                <wp:wrapNone/>
                <wp:docPr id="1152953367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B4F31A" id="Straight Connector 10" o:spid="_x0000_s1026" style="position:absolute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5.05pt" to="531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" strokecolor="#17365d [2415]" strokeweight="2pt">
                <v:shadow on="t" color="black" opacity="24903f" origin=",.5" offset="0,.55556mm"/>
              </v:line>
            </w:pict>
          </mc:Fallback>
        </mc:AlternateContent>
      </w:r>
    </w:p>
    <w:p w14:paraId="17936BA3" w14:textId="5E72BF4F" w:rsidR="00B3404D" w:rsidRDefault="0044257D" w:rsidP="00A213A2">
      <w:pPr>
        <w:pStyle w:val="Heading2"/>
        <w:numPr>
          <w:ilvl w:val="0"/>
          <w:numId w:val="13"/>
        </w:numPr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DECLARATION</w:t>
      </w:r>
    </w:p>
    <w:p w14:paraId="03A7F58D" w14:textId="6DFD3A67" w:rsidR="00213B8D" w:rsidRPr="00213B8D" w:rsidRDefault="00213B8D" w:rsidP="00213B8D"/>
    <w:p w14:paraId="0D9511AD" w14:textId="3836CEEF" w:rsidR="00B3404D" w:rsidRDefault="006B351C" w:rsidP="00B3404D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3F1CE46" wp14:editId="5E83319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52400"/>
                <wp:effectExtent l="0" t="0" r="28575" b="19050"/>
                <wp:wrapNone/>
                <wp:docPr id="169399870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F4F518" w14:textId="77777777" w:rsidR="006B351C" w:rsidRDefault="006B351C" w:rsidP="006B351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F1CE4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-.05pt;width:12.75pt;height:12pt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" fillcolor="white [3201]" strokeweight=".5pt">
                <v:textbox>
                  <w:txbxContent>
                    <w:p w14:paraId="65F4F518" w14:textId="77777777" w:rsidR="006B351C" w:rsidRDefault="006B351C" w:rsidP="006B351C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</w:t>
      </w:r>
      <w:r w:rsidR="00B3404D">
        <w:t xml:space="preserve"> </w:t>
      </w:r>
      <w:r>
        <w:t xml:space="preserve">   </w:t>
      </w:r>
      <w:r w:rsidR="00B3404D">
        <w:t>I confirm the information provided is true and accurate.</w:t>
      </w:r>
    </w:p>
    <w:p w14:paraId="2AD3DBF0" w14:textId="29AD6AC9" w:rsidR="00B3404D" w:rsidRDefault="006B351C" w:rsidP="00B3404D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2440E6CE" wp14:editId="68E33A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52400"/>
                <wp:effectExtent l="0" t="0" r="28575" b="19050"/>
                <wp:wrapNone/>
                <wp:docPr id="192481061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256086" w14:textId="77777777" w:rsidR="006B351C" w:rsidRDefault="006B351C" w:rsidP="006B351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0E6CE" id="_x0000_s1028" type="#_x0000_t202" style="position:absolute;margin-left:0;margin-top:0;width:12.75pt;height:12pt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" fillcolor="white [3201]" strokeweight=".5pt">
                <v:textbox>
                  <w:txbxContent>
                    <w:p w14:paraId="05256086" w14:textId="77777777" w:rsidR="006B351C" w:rsidRDefault="006B351C" w:rsidP="006B351C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</w:t>
      </w:r>
      <w:r w:rsidR="00B3404D">
        <w:t xml:space="preserve"> </w:t>
      </w:r>
      <w:r>
        <w:t xml:space="preserve">   </w:t>
      </w:r>
      <w:r w:rsidR="00B3404D">
        <w:t xml:space="preserve">I confirm I am commencing the first year of a recognised Level </w:t>
      </w:r>
      <w:r w:rsidR="00025B59">
        <w:t>3</w:t>
      </w:r>
      <w:r w:rsidR="00B3404D">
        <w:t xml:space="preserve"> or above qualification.</w:t>
      </w:r>
    </w:p>
    <w:p w14:paraId="1CA9419C" w14:textId="7CE67130" w:rsidR="00B3404D" w:rsidRDefault="006B351C" w:rsidP="00B3404D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F351B81" wp14:editId="636D17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52400"/>
                <wp:effectExtent l="0" t="0" r="28575" b="19050"/>
                <wp:wrapNone/>
                <wp:docPr id="92763032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3E7E78" w14:textId="77777777" w:rsidR="006B351C" w:rsidRDefault="006B351C" w:rsidP="006B351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51B81" id="_x0000_s1029" type="#_x0000_t202" style="position:absolute;margin-left:0;margin-top:0;width:12.75pt;height:12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" fillcolor="white [3201]" strokeweight=".5pt">
                <v:textbox>
                  <w:txbxContent>
                    <w:p w14:paraId="233E7E78" w14:textId="77777777" w:rsidR="006B351C" w:rsidRDefault="006B351C" w:rsidP="006B351C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</w:t>
      </w:r>
      <w:r w:rsidR="00B3404D">
        <w:t>I have read and accept the Future Fund Terms &amp; Conditions.</w:t>
      </w:r>
    </w:p>
    <w:p w14:paraId="2446B2B9" w14:textId="5140CCF7" w:rsidR="00B3404D" w:rsidRDefault="00B3404D" w:rsidP="00B3404D">
      <w:r>
        <w:t xml:space="preserve"> </w:t>
      </w:r>
      <w:r w:rsidRPr="00B3404D">
        <w:t xml:space="preserve">If successful, I consent to and permit the use of my details and photographic image by </w:t>
      </w:r>
      <w:r>
        <w:t xml:space="preserve">Waterside </w:t>
      </w:r>
      <w:r w:rsidRPr="00B3404D">
        <w:t xml:space="preserve">Credit Union LTD in advertising or publicity materials used to promote this bursary. I understand my details and photographic image may be used for distribution to the local press, </w:t>
      </w:r>
      <w:r w:rsidR="00025B59">
        <w:t>Waterside</w:t>
      </w:r>
      <w:r w:rsidRPr="00B3404D">
        <w:t xml:space="preserve"> Credit Union LTD social media and website.</w:t>
      </w:r>
    </w:p>
    <w:p w14:paraId="3D0DD62F" w14:textId="52865A0D" w:rsidR="00B3404D" w:rsidRDefault="00B3404D" w:rsidP="00B340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2"/>
        <w:gridCol w:w="3318"/>
      </w:tblGrid>
      <w:tr w:rsidR="00B3404D" w14:paraId="5588F599" w14:textId="77777777" w:rsidTr="008B5FCC">
        <w:trPr>
          <w:trHeight w:val="688"/>
        </w:trPr>
        <w:tc>
          <w:tcPr>
            <w:tcW w:w="7479" w:type="dxa"/>
          </w:tcPr>
          <w:p w14:paraId="47432DC3" w14:textId="77777777" w:rsidR="00B3404D" w:rsidRDefault="00B3404D" w:rsidP="008B5FCC">
            <w:r>
              <w:t xml:space="preserve">Applicant Signature: </w:t>
            </w:r>
          </w:p>
        </w:tc>
        <w:tc>
          <w:tcPr>
            <w:tcW w:w="3321" w:type="dxa"/>
          </w:tcPr>
          <w:p w14:paraId="773F6169" w14:textId="77777777" w:rsidR="00B3404D" w:rsidRDefault="00B3404D" w:rsidP="008B5FCC">
            <w:r>
              <w:t xml:space="preserve">Date: </w:t>
            </w:r>
          </w:p>
        </w:tc>
      </w:tr>
    </w:tbl>
    <w:p w14:paraId="77E105BF" w14:textId="479168D2" w:rsidR="00B3404D" w:rsidRDefault="00B3404D" w:rsidP="00B3404D">
      <w:pPr>
        <w:pStyle w:val="Heading2"/>
      </w:pPr>
    </w:p>
    <w:p w14:paraId="7647A2D4" w14:textId="77777777" w:rsidR="00025B59" w:rsidRDefault="00025B59" w:rsidP="00025B59"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B6F2D02" wp14:editId="34FCBE6D">
                <wp:simplePos x="0" y="0"/>
                <wp:positionH relativeFrom="column">
                  <wp:posOffset>-38100</wp:posOffset>
                </wp:positionH>
                <wp:positionV relativeFrom="paragraph">
                  <wp:posOffset>47625</wp:posOffset>
                </wp:positionV>
                <wp:extent cx="6705600" cy="9525"/>
                <wp:effectExtent l="38100" t="38100" r="76200" b="85725"/>
                <wp:wrapNone/>
                <wp:docPr id="2091780195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DD48E" id="Straight Connector 10" o:spid="_x0000_s1026" style="position:absolute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.75pt" to="5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" strokecolor="#17365d [2415]" strokeweight="2pt">
                <v:shadow on="t" color="black" opacity="24903f" origin=",.5" offset="0,.55556mm"/>
              </v:line>
            </w:pict>
          </mc:Fallback>
        </mc:AlternateContent>
      </w:r>
    </w:p>
    <w:p w14:paraId="0242E38D" w14:textId="52D22A54" w:rsidR="00B3404D" w:rsidRPr="00025B59" w:rsidRDefault="00025B59" w:rsidP="00025B59">
      <w:pPr>
        <w:rPr>
          <w:b/>
          <w:bCs/>
          <w:color w:val="17365D" w:themeColor="text2" w:themeShade="BF"/>
          <w:sz w:val="24"/>
          <w:szCs w:val="24"/>
        </w:rPr>
      </w:pPr>
      <w:r w:rsidRPr="00025B59">
        <w:rPr>
          <w:b/>
          <w:bCs/>
          <w:color w:val="17365D" w:themeColor="text2" w:themeShade="BF"/>
          <w:sz w:val="24"/>
          <w:szCs w:val="24"/>
        </w:rPr>
        <w:t>O</w:t>
      </w:r>
      <w:r w:rsidR="00B3404D" w:rsidRPr="00025B59">
        <w:rPr>
          <w:b/>
          <w:bCs/>
          <w:color w:val="17365D" w:themeColor="text2" w:themeShade="BF"/>
          <w:sz w:val="24"/>
          <w:szCs w:val="24"/>
        </w:rPr>
        <w:t>ffice Use Only</w:t>
      </w:r>
      <w:r w:rsidRPr="00025B59">
        <w:rPr>
          <w:b/>
          <w:bCs/>
          <w:color w:val="17365D" w:themeColor="text2" w:themeShade="BF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8"/>
        <w:gridCol w:w="2697"/>
        <w:gridCol w:w="2698"/>
        <w:gridCol w:w="2697"/>
      </w:tblGrid>
      <w:tr w:rsidR="00B3404D" w14:paraId="44D54980" w14:textId="77777777" w:rsidTr="008B5FCC">
        <w:tc>
          <w:tcPr>
            <w:tcW w:w="2700" w:type="dxa"/>
          </w:tcPr>
          <w:p w14:paraId="5B203A17" w14:textId="77777777" w:rsidR="00B3404D" w:rsidRDefault="00B3404D" w:rsidP="008B5FCC">
            <w:r>
              <w:t>Date Received</w:t>
            </w:r>
          </w:p>
        </w:tc>
        <w:tc>
          <w:tcPr>
            <w:tcW w:w="2700" w:type="dxa"/>
          </w:tcPr>
          <w:p w14:paraId="7E616217" w14:textId="77777777" w:rsidR="00B3404D" w:rsidRDefault="00B3404D" w:rsidP="008B5FCC">
            <w:r>
              <w:t>Member Number Verified</w:t>
            </w:r>
          </w:p>
        </w:tc>
        <w:tc>
          <w:tcPr>
            <w:tcW w:w="2700" w:type="dxa"/>
          </w:tcPr>
          <w:p w14:paraId="78FD061C" w14:textId="77777777" w:rsidR="00B3404D" w:rsidRDefault="00B3404D" w:rsidP="008B5FCC">
            <w:r>
              <w:t>Proof of Offer Received</w:t>
            </w:r>
          </w:p>
        </w:tc>
        <w:tc>
          <w:tcPr>
            <w:tcW w:w="2700" w:type="dxa"/>
          </w:tcPr>
          <w:p w14:paraId="1DE066D2" w14:textId="77777777" w:rsidR="00B3404D" w:rsidRDefault="00B3404D" w:rsidP="008B5FCC">
            <w:r>
              <w:t>Eligible</w:t>
            </w:r>
          </w:p>
        </w:tc>
      </w:tr>
      <w:tr w:rsidR="00B3404D" w14:paraId="184941D0" w14:textId="77777777" w:rsidTr="004D718E">
        <w:trPr>
          <w:trHeight w:val="543"/>
        </w:trPr>
        <w:tc>
          <w:tcPr>
            <w:tcW w:w="2700" w:type="dxa"/>
          </w:tcPr>
          <w:p w14:paraId="45718AB7" w14:textId="77777777" w:rsidR="00B3404D" w:rsidRDefault="00B3404D" w:rsidP="008B5FCC"/>
        </w:tc>
        <w:tc>
          <w:tcPr>
            <w:tcW w:w="2700" w:type="dxa"/>
          </w:tcPr>
          <w:p w14:paraId="2FE378CE" w14:textId="77777777" w:rsidR="00B3404D" w:rsidRDefault="00B3404D" w:rsidP="008B5FCC"/>
        </w:tc>
        <w:tc>
          <w:tcPr>
            <w:tcW w:w="2700" w:type="dxa"/>
          </w:tcPr>
          <w:p w14:paraId="449E4702" w14:textId="77777777" w:rsidR="00B3404D" w:rsidRDefault="00B3404D" w:rsidP="008B5FCC"/>
        </w:tc>
        <w:tc>
          <w:tcPr>
            <w:tcW w:w="2700" w:type="dxa"/>
          </w:tcPr>
          <w:p w14:paraId="0716FF35" w14:textId="5A4F9CF1" w:rsidR="00B3404D" w:rsidRDefault="00B3404D" w:rsidP="008B5FCC"/>
        </w:tc>
      </w:tr>
    </w:tbl>
    <w:p w14:paraId="4D6E8CD2" w14:textId="77777777" w:rsidR="00B3404D" w:rsidRDefault="00B3404D" w:rsidP="00B3404D">
      <w:pPr>
        <w:pStyle w:val="Heading2"/>
      </w:pPr>
    </w:p>
    <w:p w14:paraId="1BBF67D3" w14:textId="77777777" w:rsidR="00B3404D" w:rsidRDefault="00B3404D" w:rsidP="00B3404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76EA5A34" w14:textId="77777777" w:rsidR="00B3404D" w:rsidRDefault="00B3404D" w:rsidP="000F7F5A"/>
    <w:sectPr w:rsidR="00B3404D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39C3634"/>
    <w:multiLevelType w:val="hybridMultilevel"/>
    <w:tmpl w:val="E31C5D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36F60"/>
    <w:multiLevelType w:val="hybridMultilevel"/>
    <w:tmpl w:val="628ACA3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7232B"/>
    <w:multiLevelType w:val="hybridMultilevel"/>
    <w:tmpl w:val="E31C5D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C7FC3"/>
    <w:multiLevelType w:val="hybridMultilevel"/>
    <w:tmpl w:val="E2D0DB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829315">
    <w:abstractNumId w:val="8"/>
  </w:num>
  <w:num w:numId="2" w16cid:durableId="2031100141">
    <w:abstractNumId w:val="6"/>
  </w:num>
  <w:num w:numId="3" w16cid:durableId="496842251">
    <w:abstractNumId w:val="5"/>
  </w:num>
  <w:num w:numId="4" w16cid:durableId="1046176857">
    <w:abstractNumId w:val="4"/>
  </w:num>
  <w:num w:numId="5" w16cid:durableId="1512833218">
    <w:abstractNumId w:val="7"/>
  </w:num>
  <w:num w:numId="6" w16cid:durableId="2034525917">
    <w:abstractNumId w:val="3"/>
  </w:num>
  <w:num w:numId="7" w16cid:durableId="498808619">
    <w:abstractNumId w:val="2"/>
  </w:num>
  <w:num w:numId="8" w16cid:durableId="1698311913">
    <w:abstractNumId w:val="1"/>
  </w:num>
  <w:num w:numId="9" w16cid:durableId="191234455">
    <w:abstractNumId w:val="0"/>
  </w:num>
  <w:num w:numId="10" w16cid:durableId="1895266191">
    <w:abstractNumId w:val="9"/>
  </w:num>
  <w:num w:numId="11" w16cid:durableId="559709807">
    <w:abstractNumId w:val="12"/>
  </w:num>
  <w:num w:numId="12" w16cid:durableId="1386024154">
    <w:abstractNumId w:val="11"/>
  </w:num>
  <w:num w:numId="13" w16cid:durableId="12576685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B59"/>
    <w:rsid w:val="00034616"/>
    <w:rsid w:val="0006063C"/>
    <w:rsid w:val="000F253E"/>
    <w:rsid w:val="000F7F5A"/>
    <w:rsid w:val="0015074B"/>
    <w:rsid w:val="00213B8D"/>
    <w:rsid w:val="0029639D"/>
    <w:rsid w:val="002D5B29"/>
    <w:rsid w:val="002F3E27"/>
    <w:rsid w:val="00326F90"/>
    <w:rsid w:val="00382EC0"/>
    <w:rsid w:val="0044257D"/>
    <w:rsid w:val="004D718E"/>
    <w:rsid w:val="004D76EC"/>
    <w:rsid w:val="004E3277"/>
    <w:rsid w:val="00511EC5"/>
    <w:rsid w:val="005F7387"/>
    <w:rsid w:val="006B351C"/>
    <w:rsid w:val="006B68A5"/>
    <w:rsid w:val="006B72C7"/>
    <w:rsid w:val="00732572"/>
    <w:rsid w:val="00893213"/>
    <w:rsid w:val="009C3224"/>
    <w:rsid w:val="009C45FD"/>
    <w:rsid w:val="00A052EA"/>
    <w:rsid w:val="00A213A2"/>
    <w:rsid w:val="00AA1D8D"/>
    <w:rsid w:val="00B3404D"/>
    <w:rsid w:val="00B47730"/>
    <w:rsid w:val="00B920EC"/>
    <w:rsid w:val="00C61779"/>
    <w:rsid w:val="00CB0664"/>
    <w:rsid w:val="00D268A6"/>
    <w:rsid w:val="00D87724"/>
    <w:rsid w:val="00E307E4"/>
    <w:rsid w:val="00EA4BED"/>
    <w:rsid w:val="00F07D74"/>
    <w:rsid w:val="00F864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CFCB86"/>
  <w14:defaultImageDpi w14:val="300"/>
  <w15:docId w15:val="{1B2F34D2-C9EA-41C9-BD68-27A6266B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Dearbhla Dobbins</cp:lastModifiedBy>
  <cp:revision>3</cp:revision>
  <cp:lastPrinted>2026-08-06T11:26:00Z</cp:lastPrinted>
  <dcterms:created xsi:type="dcterms:W3CDTF">2026-08-06T12:14:00Z</dcterms:created>
  <dcterms:modified xsi:type="dcterms:W3CDTF">2026-08-19T11:22:00Z</dcterms:modified>
  <cp:category/>
</cp:coreProperties>
</file>